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32D" w:rsidRPr="00E97267" w:rsidRDefault="003E5EB5" w:rsidP="0047648C">
      <w:pPr>
        <w:pStyle w:val="Heading1"/>
        <w:spacing w:before="0"/>
        <w:ind w:left="90"/>
        <w:jc w:val="center"/>
        <w:rPr>
          <w:sz w:val="56"/>
        </w:rPr>
      </w:pPr>
      <w:r w:rsidRPr="00E97267">
        <w:rPr>
          <w:sz w:val="56"/>
        </w:rPr>
        <w:t>S.L.N.E.M. SCHOOL, KALIMELA</w:t>
      </w:r>
    </w:p>
    <w:p w:rsidR="0073132D" w:rsidRPr="00E97267" w:rsidRDefault="003E5EB5" w:rsidP="0047648C">
      <w:pPr>
        <w:spacing w:after="0"/>
        <w:jc w:val="center"/>
        <w:rPr>
          <w:sz w:val="48"/>
        </w:rPr>
      </w:pPr>
      <w:r w:rsidRPr="00E97267">
        <w:rPr>
          <w:sz w:val="48"/>
        </w:rPr>
        <w:t>Saheed Laxman Nayak English Medium School</w:t>
      </w:r>
    </w:p>
    <w:p w:rsidR="0073132D" w:rsidRPr="00E97267" w:rsidRDefault="003E5EB5" w:rsidP="0047648C">
      <w:pPr>
        <w:spacing w:after="0"/>
        <w:rPr>
          <w:rFonts w:ascii="Comic Sans MS" w:hAnsi="Comic Sans MS"/>
          <w:sz w:val="28"/>
          <w:szCs w:val="28"/>
        </w:rPr>
      </w:pPr>
      <w:r w:rsidRPr="00E97267">
        <w:rPr>
          <w:rFonts w:ascii="Comic Sans MS" w:hAnsi="Comic Sans MS"/>
          <w:sz w:val="28"/>
          <w:szCs w:val="28"/>
        </w:rPr>
        <w:t>Kalimela, Malkangiri, Odisha</w:t>
      </w:r>
      <w:r w:rsidR="00E97267">
        <w:rPr>
          <w:rFonts w:ascii="Comic Sans MS" w:hAnsi="Comic Sans MS"/>
          <w:sz w:val="28"/>
          <w:szCs w:val="28"/>
        </w:rPr>
        <w:tab/>
      </w:r>
      <w:r w:rsidR="00E97267">
        <w:rPr>
          <w:rFonts w:ascii="Comic Sans MS" w:hAnsi="Comic Sans MS"/>
          <w:sz w:val="28"/>
          <w:szCs w:val="28"/>
        </w:rPr>
        <w:tab/>
      </w:r>
      <w:r w:rsidR="00E97267">
        <w:rPr>
          <w:rFonts w:ascii="Comic Sans MS" w:hAnsi="Comic Sans MS"/>
          <w:sz w:val="28"/>
          <w:szCs w:val="28"/>
        </w:rPr>
        <w:tab/>
      </w:r>
      <w:r w:rsidR="00E97267">
        <w:rPr>
          <w:rFonts w:ascii="Comic Sans MS" w:hAnsi="Comic Sans MS"/>
          <w:sz w:val="28"/>
          <w:szCs w:val="28"/>
        </w:rPr>
        <w:tab/>
      </w:r>
      <w:r w:rsidR="00E97267">
        <w:rPr>
          <w:rFonts w:ascii="Comic Sans MS" w:hAnsi="Comic Sans MS"/>
          <w:sz w:val="28"/>
          <w:szCs w:val="28"/>
        </w:rPr>
        <w:tab/>
      </w:r>
      <w:r w:rsidRPr="00E97267">
        <w:rPr>
          <w:rFonts w:ascii="Comic Sans MS" w:hAnsi="Comic Sans MS"/>
          <w:sz w:val="28"/>
          <w:szCs w:val="28"/>
        </w:rPr>
        <w:t>Conta</w:t>
      </w:r>
      <w:r w:rsidR="00E97267">
        <w:rPr>
          <w:rFonts w:ascii="Comic Sans MS" w:hAnsi="Comic Sans MS"/>
          <w:sz w:val="28"/>
          <w:szCs w:val="28"/>
        </w:rPr>
        <w:t>ct No: 7752085074</w:t>
      </w:r>
    </w:p>
    <w:p w:rsidR="0073132D" w:rsidRPr="00E97267" w:rsidRDefault="003E5EB5" w:rsidP="0047648C">
      <w:pPr>
        <w:pStyle w:val="Heading2"/>
        <w:spacing w:before="0"/>
        <w:jc w:val="center"/>
        <w:rPr>
          <w:rFonts w:ascii="Comic Sans MS" w:hAnsi="Comic Sans MS"/>
          <w:sz w:val="28"/>
          <w:szCs w:val="28"/>
        </w:rPr>
      </w:pPr>
      <w:r w:rsidRPr="00E97267">
        <w:rPr>
          <w:rFonts w:ascii="Comic Sans MS" w:hAnsi="Comic Sans MS"/>
          <w:sz w:val="28"/>
          <w:szCs w:val="28"/>
        </w:rPr>
        <w:t>ADMISSION FORM</w:t>
      </w:r>
      <w:r w:rsidR="00E97267">
        <w:rPr>
          <w:rFonts w:ascii="Comic Sans MS" w:hAnsi="Comic Sans MS"/>
          <w:sz w:val="28"/>
          <w:szCs w:val="28"/>
        </w:rPr>
        <w:t xml:space="preserve"> -</w:t>
      </w:r>
      <w:r w:rsidRPr="00E97267">
        <w:rPr>
          <w:rFonts w:ascii="Comic Sans MS" w:hAnsi="Comic Sans MS"/>
          <w:sz w:val="28"/>
          <w:szCs w:val="28"/>
        </w:rPr>
        <w:t xml:space="preserve"> 2026 – 2027</w:t>
      </w:r>
    </w:p>
    <w:p w:rsidR="0073132D" w:rsidRPr="00E97267" w:rsidRDefault="0073132D" w:rsidP="00E97267">
      <w:pPr>
        <w:spacing w:after="0"/>
        <w:rPr>
          <w:rFonts w:ascii="Comic Sans MS" w:hAnsi="Comic Sans MS"/>
          <w:sz w:val="28"/>
          <w:szCs w:val="28"/>
        </w:rPr>
      </w:pPr>
    </w:p>
    <w:p w:rsidR="0073132D" w:rsidRPr="00E97267" w:rsidRDefault="003E5EB5" w:rsidP="00E97267">
      <w:pPr>
        <w:pStyle w:val="Heading3"/>
        <w:spacing w:before="0"/>
        <w:rPr>
          <w:rFonts w:ascii="Comic Sans MS" w:hAnsi="Comic Sans MS"/>
          <w:sz w:val="28"/>
          <w:szCs w:val="28"/>
        </w:rPr>
      </w:pPr>
      <w:r w:rsidRPr="00E97267">
        <w:rPr>
          <w:rFonts w:ascii="Comic Sans MS" w:hAnsi="Comic Sans MS"/>
          <w:sz w:val="28"/>
          <w:szCs w:val="28"/>
        </w:rPr>
        <w:t>1. Student Information</w:t>
      </w:r>
    </w:p>
    <w:p w:rsidR="0073132D" w:rsidRPr="00E97267" w:rsidRDefault="00E97267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Admission No: </w:t>
      </w:r>
      <w:r w:rsidRPr="00E97267">
        <w:rPr>
          <w:rFonts w:ascii="Comic Sans MS" w:hAnsi="Comic Sans MS"/>
          <w:sz w:val="28"/>
          <w:szCs w:val="28"/>
        </w:rPr>
        <w:t>_________</w:t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Class Applied For: </w:t>
      </w:r>
      <w:r w:rsidRPr="00E97267">
        <w:rPr>
          <w:rFonts w:ascii="Comic Sans MS" w:hAnsi="Comic Sans MS"/>
          <w:sz w:val="28"/>
          <w:szCs w:val="28"/>
        </w:rPr>
        <w:t>_________</w:t>
      </w:r>
    </w:p>
    <w:p w:rsidR="0073132D" w:rsidRPr="00E97267" w:rsidRDefault="00E97267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Student’s Full Name: ______________________</w:t>
      </w:r>
    </w:p>
    <w:p w:rsidR="0073132D" w:rsidRPr="00E97267" w:rsidRDefault="00E97267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Gender: Male / Female</w:t>
      </w:r>
      <w:r>
        <w:rPr>
          <w:rFonts w:ascii="Comic Sans MS" w:hAnsi="Comic Sans MS"/>
          <w:sz w:val="28"/>
          <w:szCs w:val="28"/>
        </w:rPr>
        <w:t xml:space="preserve"> </w:t>
      </w:r>
      <w:r w:rsidRPr="00E97267">
        <w:rPr>
          <w:rFonts w:ascii="Comic Sans MS" w:hAnsi="Comic Sans MS"/>
          <w:sz w:val="28"/>
          <w:szCs w:val="28"/>
        </w:rPr>
        <w:t>_________</w:t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Date of Birth: </w:t>
      </w:r>
      <w:r w:rsidR="003E5EB5" w:rsidRPr="00E97267">
        <w:rPr>
          <w:rFonts w:ascii="Comic Sans MS" w:hAnsi="Comic Sans MS"/>
          <w:sz w:val="28"/>
          <w:szCs w:val="28"/>
        </w:rPr>
        <w:t xml:space="preserve">___ / </w:t>
      </w:r>
      <w:r w:rsidR="003E5EB5" w:rsidRPr="00E97267">
        <w:rPr>
          <w:rFonts w:ascii="Comic Sans MS" w:hAnsi="Comic Sans MS"/>
          <w:sz w:val="28"/>
          <w:szCs w:val="28"/>
        </w:rPr>
        <w:t xml:space="preserve">___ / </w:t>
      </w:r>
      <w:r w:rsidR="003E5EB5" w:rsidRPr="00E97267">
        <w:rPr>
          <w:rFonts w:ascii="Comic Sans MS" w:hAnsi="Comic Sans MS"/>
          <w:sz w:val="28"/>
          <w:szCs w:val="28"/>
        </w:rPr>
        <w:t>___</w:t>
      </w:r>
    </w:p>
    <w:p w:rsidR="0073132D" w:rsidRPr="00E97267" w:rsidRDefault="00E97267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Age (as on 31.03.2026): ______ Years ______ Months</w:t>
      </w:r>
    </w:p>
    <w:p w:rsidR="0073132D" w:rsidRPr="00E97267" w:rsidRDefault="00E97267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Blood Group: </w:t>
      </w:r>
      <w:r w:rsidRPr="00E97267">
        <w:rPr>
          <w:rFonts w:ascii="Comic Sans MS" w:hAnsi="Comic Sans MS"/>
          <w:sz w:val="28"/>
          <w:szCs w:val="28"/>
        </w:rPr>
        <w:t>_________</w:t>
      </w:r>
    </w:p>
    <w:p w:rsidR="0073132D" w:rsidRPr="00E97267" w:rsidRDefault="00E97267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Aadhaar No (if available): </w:t>
      </w:r>
      <w:r w:rsidR="003E5EB5" w:rsidRPr="00E97267">
        <w:rPr>
          <w:rFonts w:ascii="Comic Sans MS" w:hAnsi="Comic Sans MS"/>
          <w:sz w:val="28"/>
          <w:szCs w:val="28"/>
        </w:rPr>
        <w:t>__________________</w:t>
      </w:r>
    </w:p>
    <w:p w:rsidR="0073132D" w:rsidRPr="00E97267" w:rsidRDefault="003E5EB5" w:rsidP="00E97267">
      <w:pPr>
        <w:pStyle w:val="Heading3"/>
        <w:spacing w:before="0"/>
        <w:rPr>
          <w:rFonts w:ascii="Comic Sans MS" w:hAnsi="Comic Sans MS"/>
          <w:sz w:val="28"/>
          <w:szCs w:val="28"/>
        </w:rPr>
      </w:pPr>
      <w:r w:rsidRPr="00E97267">
        <w:rPr>
          <w:rFonts w:ascii="Comic Sans MS" w:hAnsi="Comic Sans MS"/>
          <w:sz w:val="28"/>
          <w:szCs w:val="28"/>
        </w:rPr>
        <w:t>2. Parent / Guardian Details</w:t>
      </w:r>
    </w:p>
    <w:p w:rsidR="0073132D" w:rsidRPr="00E97267" w:rsidRDefault="00E97267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Father’s Name: ____________________________</w:t>
      </w: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Occupation: </w:t>
      </w:r>
      <w:r>
        <w:rPr>
          <w:rFonts w:ascii="Comic Sans MS" w:hAnsi="Comic Sans MS"/>
          <w:sz w:val="28"/>
          <w:szCs w:val="28"/>
        </w:rPr>
        <w:t>______</w:t>
      </w:r>
    </w:p>
    <w:p w:rsidR="0073132D" w:rsidRPr="00E97267" w:rsidRDefault="00E97267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Mobile No: </w:t>
      </w:r>
      <w:r w:rsidRPr="00E97267">
        <w:rPr>
          <w:rFonts w:ascii="Comic Sans MS" w:hAnsi="Comic Sans MS"/>
          <w:sz w:val="28"/>
          <w:szCs w:val="28"/>
        </w:rPr>
        <w:t>_________</w:t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Aadhaar No: </w:t>
      </w:r>
      <w:r w:rsidRPr="00E97267">
        <w:rPr>
          <w:rFonts w:ascii="Comic Sans MS" w:hAnsi="Comic Sans MS"/>
          <w:sz w:val="28"/>
          <w:szCs w:val="28"/>
        </w:rPr>
        <w:t>_________</w:t>
      </w:r>
    </w:p>
    <w:p w:rsidR="0073132D" w:rsidRPr="00E97267" w:rsidRDefault="0073132D" w:rsidP="00E97267">
      <w:pPr>
        <w:spacing w:after="0"/>
        <w:rPr>
          <w:rFonts w:ascii="Comic Sans MS" w:hAnsi="Comic Sans MS"/>
          <w:sz w:val="28"/>
          <w:szCs w:val="28"/>
        </w:rPr>
      </w:pPr>
    </w:p>
    <w:p w:rsidR="00E97267" w:rsidRPr="00E97267" w:rsidRDefault="00E97267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Mother’s Name: ____________________</w:t>
      </w:r>
      <w:r w:rsidR="003E5EB5" w:rsidRPr="00E97267">
        <w:rPr>
          <w:rFonts w:ascii="Comic Sans MS" w:hAnsi="Comic Sans MS"/>
          <w:sz w:val="28"/>
          <w:szCs w:val="28"/>
        </w:rPr>
        <w:t>________</w:t>
      </w:r>
      <w:r>
        <w:rPr>
          <w:rFonts w:ascii="Comic Sans MS" w:hAnsi="Comic Sans MS"/>
          <w:sz w:val="28"/>
          <w:szCs w:val="28"/>
        </w:rPr>
        <w:tab/>
      </w:r>
      <w:r w:rsidRPr="00E97267">
        <w:rPr>
          <w:rFonts w:ascii="Comic Sans MS" w:hAnsi="Comic Sans MS"/>
          <w:sz w:val="28"/>
          <w:szCs w:val="28"/>
        </w:rPr>
        <w:t xml:space="preserve">Occupation: </w:t>
      </w:r>
      <w:r>
        <w:rPr>
          <w:rFonts w:ascii="Comic Sans MS" w:hAnsi="Comic Sans MS"/>
          <w:sz w:val="28"/>
          <w:szCs w:val="28"/>
        </w:rPr>
        <w:t>______</w:t>
      </w:r>
    </w:p>
    <w:p w:rsidR="0073132D" w:rsidRPr="00E97267" w:rsidRDefault="00E97267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Pr="00E97267">
        <w:rPr>
          <w:rFonts w:ascii="Comic Sans MS" w:hAnsi="Comic Sans MS"/>
          <w:sz w:val="28"/>
          <w:szCs w:val="28"/>
        </w:rPr>
        <w:t>Mobile No: _________</w:t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 w:rsidRPr="00E97267">
        <w:rPr>
          <w:rFonts w:ascii="Comic Sans MS" w:hAnsi="Comic Sans MS"/>
          <w:sz w:val="28"/>
          <w:szCs w:val="28"/>
        </w:rPr>
        <w:t>Aadhaar No: _________</w:t>
      </w:r>
    </w:p>
    <w:p w:rsidR="0073132D" w:rsidRPr="00E97267" w:rsidRDefault="0073132D" w:rsidP="00E97267">
      <w:pPr>
        <w:spacing w:after="0"/>
        <w:rPr>
          <w:rFonts w:ascii="Comic Sans MS" w:hAnsi="Comic Sans MS"/>
          <w:sz w:val="28"/>
          <w:szCs w:val="28"/>
        </w:rPr>
      </w:pP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Guardian Name (if any): ____________________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Relation with Student: _____________________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Mobile No: </w:t>
      </w:r>
      <w:r w:rsidR="003E5EB5" w:rsidRPr="00E97267">
        <w:rPr>
          <w:rFonts w:ascii="Comic Sans MS" w:hAnsi="Comic Sans MS"/>
          <w:sz w:val="28"/>
          <w:szCs w:val="28"/>
        </w:rPr>
        <w:t>______________________________</w:t>
      </w:r>
    </w:p>
    <w:p w:rsidR="0073132D" w:rsidRPr="00E97267" w:rsidRDefault="003E5EB5" w:rsidP="00E97267">
      <w:pPr>
        <w:pStyle w:val="Heading3"/>
        <w:spacing w:before="0"/>
        <w:rPr>
          <w:rFonts w:ascii="Comic Sans MS" w:hAnsi="Comic Sans MS"/>
          <w:sz w:val="28"/>
          <w:szCs w:val="28"/>
        </w:rPr>
      </w:pPr>
      <w:r w:rsidRPr="00E97267">
        <w:rPr>
          <w:rFonts w:ascii="Comic Sans MS" w:hAnsi="Comic Sans MS"/>
          <w:sz w:val="28"/>
          <w:szCs w:val="28"/>
        </w:rPr>
        <w:t>3. Address Details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Permanent Address:</w:t>
      </w:r>
      <w:r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_______________________________________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_______________________________________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Present Address (if different):</w:t>
      </w:r>
      <w:r>
        <w:rPr>
          <w:rFonts w:ascii="Comic Sans MS" w:hAnsi="Comic Sans MS"/>
          <w:sz w:val="28"/>
          <w:szCs w:val="28"/>
        </w:rPr>
        <w:tab/>
        <w:t>_</w:t>
      </w:r>
      <w:r w:rsidR="003E5EB5" w:rsidRPr="00E97267">
        <w:rPr>
          <w:rFonts w:ascii="Comic Sans MS" w:hAnsi="Comic Sans MS"/>
          <w:sz w:val="28"/>
          <w:szCs w:val="28"/>
        </w:rPr>
        <w:t>______________________________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Village/Town: </w:t>
      </w:r>
      <w:r w:rsidRPr="00E97267">
        <w:rPr>
          <w:rFonts w:ascii="Comic Sans MS" w:hAnsi="Comic Sans MS"/>
          <w:sz w:val="28"/>
          <w:szCs w:val="28"/>
        </w:rPr>
        <w:t>_____________</w:t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Block: </w:t>
      </w:r>
      <w:r w:rsidRPr="00E97267">
        <w:rPr>
          <w:rFonts w:ascii="Comic Sans MS" w:hAnsi="Comic Sans MS"/>
          <w:sz w:val="28"/>
          <w:szCs w:val="28"/>
        </w:rPr>
        <w:t>_____________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District: </w:t>
      </w:r>
      <w:r w:rsidRPr="00E97267">
        <w:rPr>
          <w:rFonts w:ascii="Comic Sans MS" w:hAnsi="Comic Sans MS"/>
          <w:sz w:val="28"/>
          <w:szCs w:val="28"/>
        </w:rPr>
        <w:t>_____________</w:t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State: </w:t>
      </w:r>
      <w:r w:rsidRPr="00E97267">
        <w:rPr>
          <w:rFonts w:ascii="Comic Sans MS" w:hAnsi="Comic Sans MS"/>
          <w:sz w:val="28"/>
          <w:szCs w:val="28"/>
        </w:rPr>
        <w:t>_____________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PIN Code: </w:t>
      </w:r>
      <w:r w:rsidRPr="00E97267">
        <w:rPr>
          <w:rFonts w:ascii="Comic Sans MS" w:hAnsi="Comic Sans MS"/>
          <w:sz w:val="28"/>
          <w:szCs w:val="28"/>
        </w:rPr>
        <w:t>_____________</w:t>
      </w:r>
    </w:p>
    <w:p w:rsidR="0073132D" w:rsidRPr="00E97267" w:rsidRDefault="003E5EB5" w:rsidP="00E97267">
      <w:pPr>
        <w:pStyle w:val="Heading3"/>
        <w:spacing w:before="0"/>
        <w:rPr>
          <w:rFonts w:ascii="Comic Sans MS" w:hAnsi="Comic Sans MS"/>
          <w:sz w:val="28"/>
          <w:szCs w:val="28"/>
        </w:rPr>
      </w:pPr>
      <w:r w:rsidRPr="00E97267">
        <w:rPr>
          <w:rFonts w:ascii="Comic Sans MS" w:hAnsi="Comic Sans MS"/>
          <w:sz w:val="28"/>
          <w:szCs w:val="28"/>
        </w:rPr>
        <w:lastRenderedPageBreak/>
        <w:t>4. Previous School Details (If Applic</w:t>
      </w:r>
      <w:r w:rsidRPr="00E97267">
        <w:rPr>
          <w:rFonts w:ascii="Comic Sans MS" w:hAnsi="Comic Sans MS"/>
          <w:sz w:val="28"/>
          <w:szCs w:val="28"/>
        </w:rPr>
        <w:t>able)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Name of Previous School: ____________________</w:t>
      </w: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Class Last Studied:</w:t>
      </w:r>
      <w:r>
        <w:rPr>
          <w:rFonts w:ascii="Comic Sans MS" w:hAnsi="Comic Sans MS"/>
          <w:sz w:val="28"/>
          <w:szCs w:val="28"/>
        </w:rPr>
        <w:t>_</w:t>
      </w:r>
      <w:r w:rsidR="003E5EB5" w:rsidRPr="00E97267">
        <w:rPr>
          <w:rFonts w:ascii="Comic Sans MS" w:hAnsi="Comic Sans MS"/>
          <w:sz w:val="28"/>
          <w:szCs w:val="28"/>
        </w:rPr>
        <w:t xml:space="preserve"> 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TC No: __________________ </w:t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Date: ____________</w:t>
      </w:r>
    </w:p>
    <w:p w:rsidR="0073132D" w:rsidRPr="00E97267" w:rsidRDefault="003E5EB5" w:rsidP="00E97267">
      <w:pPr>
        <w:pStyle w:val="Heading3"/>
        <w:spacing w:before="0"/>
        <w:rPr>
          <w:rFonts w:ascii="Comic Sans MS" w:hAnsi="Comic Sans MS"/>
          <w:sz w:val="28"/>
          <w:szCs w:val="28"/>
        </w:rPr>
      </w:pPr>
      <w:r w:rsidRPr="00E97267">
        <w:rPr>
          <w:rFonts w:ascii="Comic Sans MS" w:hAnsi="Comic Sans MS"/>
          <w:sz w:val="28"/>
          <w:szCs w:val="28"/>
        </w:rPr>
        <w:t>5. Medical Information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Any Physical Disability: Yes / No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Any Medical Problem: _______________________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Allergy (if</w:t>
      </w:r>
      <w:r w:rsidR="003E5EB5" w:rsidRPr="00E97267">
        <w:rPr>
          <w:rFonts w:ascii="Comic Sans MS" w:hAnsi="Comic Sans MS"/>
          <w:sz w:val="28"/>
          <w:szCs w:val="28"/>
        </w:rPr>
        <w:t xml:space="preserve"> any): ___________________________</w:t>
      </w:r>
    </w:p>
    <w:p w:rsidR="0073132D" w:rsidRPr="00E97267" w:rsidRDefault="003E5EB5" w:rsidP="00E97267">
      <w:pPr>
        <w:pStyle w:val="Heading3"/>
        <w:spacing w:before="0"/>
        <w:rPr>
          <w:rFonts w:ascii="Comic Sans MS" w:hAnsi="Comic Sans MS"/>
          <w:sz w:val="28"/>
          <w:szCs w:val="28"/>
        </w:rPr>
      </w:pPr>
      <w:r w:rsidRPr="00E97267">
        <w:rPr>
          <w:rFonts w:ascii="Comic Sans MS" w:hAnsi="Comic Sans MS"/>
          <w:sz w:val="28"/>
          <w:szCs w:val="28"/>
        </w:rPr>
        <w:t xml:space="preserve">6. Documents Attached (Tick </w:t>
      </w:r>
      <w:r w:rsidRPr="00E97267">
        <w:rPr>
          <w:sz w:val="28"/>
          <w:szCs w:val="28"/>
        </w:rPr>
        <w:t>✓</w:t>
      </w:r>
      <w:r w:rsidRPr="00E97267">
        <w:rPr>
          <w:rFonts w:ascii="Comic Sans MS" w:hAnsi="Comic Sans MS"/>
          <w:sz w:val="28"/>
          <w:szCs w:val="28"/>
        </w:rPr>
        <w:t>)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/>
          <w:sz w:val="28"/>
          <w:szCs w:val="28"/>
        </w:rPr>
        <w:tab/>
      </w:r>
      <w:r w:rsidR="003E5EB5" w:rsidRPr="00E97267">
        <w:rPr>
          <w:rFonts w:ascii="Comic Sans MS"/>
          <w:sz w:val="28"/>
          <w:szCs w:val="28"/>
        </w:rPr>
        <w:t>☐</w:t>
      </w:r>
      <w:r w:rsidR="003E5EB5" w:rsidRPr="00E97267">
        <w:rPr>
          <w:rFonts w:ascii="Comic Sans MS" w:hAnsi="Comic Sans MS"/>
          <w:sz w:val="28"/>
          <w:szCs w:val="28"/>
        </w:rPr>
        <w:t xml:space="preserve"> Birth Certificate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/>
          <w:sz w:val="28"/>
          <w:szCs w:val="28"/>
        </w:rPr>
        <w:tab/>
      </w:r>
      <w:r w:rsidR="003E5EB5" w:rsidRPr="00E97267">
        <w:rPr>
          <w:rFonts w:ascii="Comic Sans MS"/>
          <w:sz w:val="28"/>
          <w:szCs w:val="28"/>
        </w:rPr>
        <w:t>☐</w:t>
      </w:r>
      <w:r w:rsidR="003E5EB5" w:rsidRPr="00E97267">
        <w:rPr>
          <w:rFonts w:ascii="Comic Sans MS" w:hAnsi="Comic Sans MS"/>
          <w:sz w:val="28"/>
          <w:szCs w:val="28"/>
        </w:rPr>
        <w:t xml:space="preserve"> Aadhaar Card Copy</w:t>
      </w:r>
      <w:r w:rsidR="00DF74F3">
        <w:rPr>
          <w:rFonts w:ascii="Comic Sans MS" w:hAnsi="Comic Sans MS"/>
          <w:sz w:val="28"/>
          <w:szCs w:val="28"/>
        </w:rPr>
        <w:t xml:space="preserve"> of student</w:t>
      </w:r>
    </w:p>
    <w:p w:rsidR="00DF74F3" w:rsidRDefault="0047648C" w:rsidP="00E97267">
      <w:pPr>
        <w:spacing w:after="0"/>
        <w:rPr>
          <w:rFonts w:ascii="Comic Sans MS"/>
          <w:sz w:val="28"/>
          <w:szCs w:val="28"/>
        </w:rPr>
      </w:pPr>
      <w:r>
        <w:rPr>
          <w:rFonts w:ascii="Comic Sans MS"/>
          <w:sz w:val="28"/>
          <w:szCs w:val="28"/>
        </w:rPr>
        <w:tab/>
      </w:r>
      <w:r w:rsidR="00DF74F3" w:rsidRPr="00E97267">
        <w:rPr>
          <w:rFonts w:ascii="Comic Sans MS"/>
          <w:sz w:val="28"/>
          <w:szCs w:val="28"/>
        </w:rPr>
        <w:t>☐</w:t>
      </w:r>
      <w:r w:rsidR="00DF74F3">
        <w:rPr>
          <w:rFonts w:ascii="Comic Sans MS"/>
          <w:sz w:val="28"/>
          <w:szCs w:val="28"/>
        </w:rPr>
        <w:t xml:space="preserve"> Father</w:t>
      </w:r>
      <w:r w:rsidR="00DF74F3">
        <w:rPr>
          <w:rFonts w:ascii="Comic Sans MS"/>
          <w:sz w:val="28"/>
          <w:szCs w:val="28"/>
        </w:rPr>
        <w:tab/>
      </w:r>
      <w:r w:rsidR="00DF74F3">
        <w:rPr>
          <w:rFonts w:ascii="Comic Sans MS"/>
          <w:sz w:val="28"/>
          <w:szCs w:val="28"/>
        </w:rPr>
        <w:tab/>
      </w:r>
      <w:r w:rsidR="00DF74F3" w:rsidRPr="00E97267">
        <w:rPr>
          <w:rFonts w:ascii="Comic Sans MS"/>
          <w:sz w:val="28"/>
          <w:szCs w:val="28"/>
        </w:rPr>
        <w:t>☐</w:t>
      </w:r>
      <w:r w:rsidR="00DF74F3">
        <w:rPr>
          <w:rFonts w:ascii="Comic Sans MS"/>
          <w:sz w:val="28"/>
          <w:szCs w:val="28"/>
        </w:rPr>
        <w:t xml:space="preserve">  Mother</w:t>
      </w:r>
    </w:p>
    <w:p w:rsidR="0073132D" w:rsidRPr="00E97267" w:rsidRDefault="00DF74F3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/>
          <w:sz w:val="28"/>
          <w:szCs w:val="28"/>
        </w:rPr>
        <w:tab/>
      </w:r>
      <w:r w:rsidR="003E5EB5" w:rsidRPr="00E97267">
        <w:rPr>
          <w:rFonts w:ascii="Comic Sans MS"/>
          <w:sz w:val="28"/>
          <w:szCs w:val="28"/>
        </w:rPr>
        <w:t>☐</w:t>
      </w:r>
      <w:r w:rsidR="003E5EB5" w:rsidRPr="00E97267">
        <w:rPr>
          <w:rFonts w:ascii="Comic Sans MS" w:hAnsi="Comic Sans MS"/>
          <w:sz w:val="28"/>
          <w:szCs w:val="28"/>
        </w:rPr>
        <w:t xml:space="preserve"> Transfer Certificate (if required)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/>
          <w:sz w:val="28"/>
          <w:szCs w:val="28"/>
        </w:rPr>
        <w:tab/>
      </w:r>
      <w:r w:rsidR="003E5EB5" w:rsidRPr="00E97267">
        <w:rPr>
          <w:rFonts w:ascii="Comic Sans MS"/>
          <w:sz w:val="28"/>
          <w:szCs w:val="28"/>
        </w:rPr>
        <w:t>☐</w:t>
      </w:r>
      <w:r w:rsidR="003E5EB5" w:rsidRPr="00E97267">
        <w:rPr>
          <w:rFonts w:ascii="Comic Sans MS" w:hAnsi="Comic Sans MS"/>
          <w:sz w:val="28"/>
          <w:szCs w:val="28"/>
        </w:rPr>
        <w:t xml:space="preserve"> Passport Size Photos (2 copies)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/>
          <w:sz w:val="28"/>
          <w:szCs w:val="28"/>
        </w:rPr>
        <w:tab/>
      </w:r>
      <w:r w:rsidR="003E5EB5" w:rsidRPr="00E97267">
        <w:rPr>
          <w:rFonts w:ascii="Comic Sans MS"/>
          <w:sz w:val="28"/>
          <w:szCs w:val="28"/>
        </w:rPr>
        <w:t>☐</w:t>
      </w:r>
      <w:r w:rsidR="003E5EB5" w:rsidRPr="00E97267">
        <w:rPr>
          <w:rFonts w:ascii="Comic Sans MS" w:hAnsi="Comic Sans MS"/>
          <w:sz w:val="28"/>
          <w:szCs w:val="28"/>
        </w:rPr>
        <w:t xml:space="preserve"> Caste Certificate (if applicable)</w:t>
      </w:r>
    </w:p>
    <w:p w:rsidR="0073132D" w:rsidRPr="00E97267" w:rsidRDefault="003E5EB5" w:rsidP="00E97267">
      <w:pPr>
        <w:pStyle w:val="Heading3"/>
        <w:spacing w:before="0"/>
        <w:rPr>
          <w:rFonts w:ascii="Comic Sans MS" w:hAnsi="Comic Sans MS"/>
          <w:sz w:val="28"/>
          <w:szCs w:val="28"/>
        </w:rPr>
      </w:pPr>
      <w:r w:rsidRPr="00E97267">
        <w:rPr>
          <w:rFonts w:ascii="Comic Sans MS" w:hAnsi="Comic Sans MS"/>
          <w:sz w:val="28"/>
          <w:szCs w:val="28"/>
        </w:rPr>
        <w:t>7. Declaration by Parent/Guardian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I hereby </w:t>
      </w:r>
      <w:r w:rsidR="003E5EB5" w:rsidRPr="00E97267">
        <w:rPr>
          <w:rFonts w:ascii="Comic Sans MS" w:hAnsi="Comic Sans MS"/>
          <w:sz w:val="28"/>
          <w:szCs w:val="28"/>
        </w:rPr>
        <w:t xml:space="preserve">declare that the above information is true and correct to </w:t>
      </w: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the </w:t>
      </w: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best of my knowledge. I agree to follow all rules and regulations of </w:t>
      </w: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S.L.N.E.M. School.</w:t>
      </w:r>
    </w:p>
    <w:p w:rsidR="0073132D" w:rsidRPr="00E97267" w:rsidRDefault="0073132D" w:rsidP="00E97267">
      <w:pPr>
        <w:spacing w:after="0"/>
        <w:rPr>
          <w:rFonts w:ascii="Comic Sans MS" w:hAnsi="Comic Sans MS"/>
          <w:sz w:val="28"/>
          <w:szCs w:val="28"/>
        </w:rPr>
      </w:pP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Date: _____________________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Place: ____________________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Signature of Parent/Guardian: ___________________</w:t>
      </w:r>
      <w:r w:rsidR="003E5EB5" w:rsidRPr="00E97267">
        <w:rPr>
          <w:rFonts w:ascii="Comic Sans MS" w:hAnsi="Comic Sans MS"/>
          <w:sz w:val="28"/>
          <w:szCs w:val="28"/>
        </w:rPr>
        <w:t>_____</w:t>
      </w:r>
    </w:p>
    <w:p w:rsidR="00DF74F3" w:rsidRDefault="00DF74F3" w:rsidP="00E97267">
      <w:pPr>
        <w:pStyle w:val="Heading3"/>
        <w:spacing w:before="0"/>
        <w:rPr>
          <w:rFonts w:ascii="Comic Sans MS" w:hAnsi="Comic Sans MS"/>
          <w:sz w:val="28"/>
          <w:szCs w:val="28"/>
        </w:rPr>
      </w:pPr>
    </w:p>
    <w:p w:rsidR="0073132D" w:rsidRPr="00E97267" w:rsidRDefault="003E5EB5" w:rsidP="00E97267">
      <w:pPr>
        <w:pStyle w:val="Heading3"/>
        <w:spacing w:before="0"/>
        <w:rPr>
          <w:rFonts w:ascii="Comic Sans MS" w:hAnsi="Comic Sans MS"/>
          <w:sz w:val="28"/>
          <w:szCs w:val="28"/>
        </w:rPr>
      </w:pPr>
      <w:r w:rsidRPr="00E97267">
        <w:rPr>
          <w:rFonts w:ascii="Comic Sans MS" w:hAnsi="Comic Sans MS"/>
          <w:sz w:val="28"/>
          <w:szCs w:val="28"/>
        </w:rPr>
        <w:t>8. For Office Use Only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Admission Approved: Yes / No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Class Allotted: __________________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 xml:space="preserve">Admission Fee Received: </w:t>
      </w:r>
      <w:r w:rsidR="00DF74F3">
        <w:rPr>
          <w:rFonts w:ascii="Comic Sans MS" w:hAnsi="Comic Sans MS"/>
          <w:sz w:val="28"/>
          <w:szCs w:val="28"/>
        </w:rPr>
        <w:t>Rs.</w:t>
      </w:r>
      <w:r w:rsidR="003E5EB5" w:rsidRPr="00E97267">
        <w:rPr>
          <w:rFonts w:ascii="Comic Sans MS" w:hAnsi="Comic Sans MS"/>
          <w:sz w:val="28"/>
          <w:szCs w:val="28"/>
        </w:rPr>
        <w:t>___________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Receipt No: _______________________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Principal’s Signature: ________________</w:t>
      </w:r>
    </w:p>
    <w:p w:rsidR="0073132D" w:rsidRPr="00E97267" w:rsidRDefault="0047648C" w:rsidP="00E97267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 w:rsidR="003E5EB5" w:rsidRPr="00E97267">
        <w:rPr>
          <w:rFonts w:ascii="Comic Sans MS" w:hAnsi="Comic Sans MS"/>
          <w:sz w:val="28"/>
          <w:szCs w:val="28"/>
        </w:rPr>
        <w:t>Office Seal</w:t>
      </w:r>
    </w:p>
    <w:sectPr w:rsidR="0073132D" w:rsidRPr="00E97267" w:rsidSect="0047648C">
      <w:pgSz w:w="12240" w:h="15840"/>
      <w:pgMar w:top="1080" w:right="900" w:bottom="630" w:left="720" w:header="36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5EB5" w:rsidRDefault="003E5EB5" w:rsidP="0047648C">
      <w:pPr>
        <w:spacing w:after="0" w:line="240" w:lineRule="auto"/>
      </w:pPr>
      <w:r>
        <w:separator/>
      </w:r>
    </w:p>
  </w:endnote>
  <w:endnote w:type="continuationSeparator" w:id="1">
    <w:p w:rsidR="003E5EB5" w:rsidRDefault="003E5EB5" w:rsidP="004764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5EB5" w:rsidRDefault="003E5EB5" w:rsidP="0047648C">
      <w:pPr>
        <w:spacing w:after="0" w:line="240" w:lineRule="auto"/>
      </w:pPr>
      <w:r>
        <w:separator/>
      </w:r>
    </w:p>
  </w:footnote>
  <w:footnote w:type="continuationSeparator" w:id="1">
    <w:p w:rsidR="003E5EB5" w:rsidRDefault="003E5EB5" w:rsidP="004764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B47730"/>
    <w:rsid w:val="00034616"/>
    <w:rsid w:val="0006063C"/>
    <w:rsid w:val="0015074B"/>
    <w:rsid w:val="0029639D"/>
    <w:rsid w:val="00326F90"/>
    <w:rsid w:val="003E5EB5"/>
    <w:rsid w:val="0047648C"/>
    <w:rsid w:val="00692F1C"/>
    <w:rsid w:val="0073132D"/>
    <w:rsid w:val="00AA1D8D"/>
    <w:rsid w:val="00AE3E51"/>
    <w:rsid w:val="00B47730"/>
    <w:rsid w:val="00CB0664"/>
    <w:rsid w:val="00DF74F3"/>
    <w:rsid w:val="00E97267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333</Words>
  <Characters>1903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10</vt:i4>
      </vt:variant>
    </vt:vector>
  </HeadingPairs>
  <TitlesOfParts>
    <vt:vector size="11" baseType="lpstr">
      <vt:lpstr/>
      <vt:lpstr>S.L.N.E.M. SCHOOL, KALIMELA</vt:lpstr>
      <vt:lpstr>    ADMISSION FORM - 2026 – 2027</vt:lpstr>
      <vt:lpstr>        1. Student Information</vt:lpstr>
      <vt:lpstr>        2. Parent / Guardian Details</vt:lpstr>
      <vt:lpstr>        3. Address Details</vt:lpstr>
      <vt:lpstr>        4. Previous School Details (If Applicable)</vt:lpstr>
      <vt:lpstr>        5. Medical Information</vt:lpstr>
      <vt:lpstr>        6. Documents Attached (Tick ✓)</vt:lpstr>
      <vt:lpstr>        7. Declaration by Parent/Guardian</vt:lpstr>
      <vt:lpstr>        8. For Office Use Only</vt:lpstr>
    </vt:vector>
  </TitlesOfParts>
  <Manager/>
  <Company/>
  <LinksUpToDate>false</LinksUpToDate>
  <CharactersWithSpaces>2232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</cp:lastModifiedBy>
  <cp:revision>2</cp:revision>
  <dcterms:created xsi:type="dcterms:W3CDTF">2026-03-01T05:52:00Z</dcterms:created>
  <dcterms:modified xsi:type="dcterms:W3CDTF">2026-03-01T05:52:00Z</dcterms:modified>
  <cp:category/>
</cp:coreProperties>
</file>